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Пољска престаје са испорукама оружија Украјини због споразума о трговини житарица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2023-09-27</w:t>
      </w:r>
    </w:p>
    <w:p>
      <w:pPr/>
      <w:r>
        <w:t>1 мин. читања</w:t>
      </w:r>
    </w:p>
    <w:p/>
    <w:p>
      <w:r>
        <w:t>Пољска, једна од Украјинских најпоузданијих држава савезница, више не испоручује наоружање влади Зеленског због неслагања око трговине житарицама.</w:t>
      </w:r>
    </w:p>
    <w:p>
      <w:r>
        <w:t>Пољска, Мађарска и Словачка су наметнуле тарифе на Украјинске житарице пошто оне подривају њихове пољопривредне монополе, а упркос томе што су такве мере директно противне трговинским законима Европске Уније.</w:t>
      </w:r>
    </w:p>
    <w:p>
      <w:r>
        <w:t>Изгледа да испред доследног савезништва ипак долази интерес домаћих капиталиста, који се маскира каквим душебрижништвом о ситним сељацима. И то ће бити историјска трагедија Украјинског конфликта, руски капитал ће се "неустрашиво" борити до последњег руског радника, а западни ће се држати "јуначки", до последњег украјинског.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poljska-prestaje-sa-isporukama-oruzja-ukrajini-zbog-sporazuma-o-trgovini-zitari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