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Трагедија у Крушевцу, експлозија у погону фабрике “Трајал”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Како су изјавили званичници МУП-а, јуче у девет часова дошло је до експлозије у обејкту за војну производњу у фабрици “Трајал”.</w:t>
      </w:r>
    </w:p>
    <w:p>
      <w:r>
        <w:t>У саопштењу МУП-а стоји “Према првим информацијама, једна особа је смртно страдала, а четири су повређене и оне су колима Хитне помоћи превезене у Општу болницу у Крушевцу”.</w:t>
      </w:r>
    </w:p>
    <w:p>
      <w:r>
        <w:t>Пожар који је избио након експлозије је брзо локализован а захваљајући брзој реакцији полицијских службеника и Сектора за вандредне ситације спречена је даља штета.</w:t>
      </w:r>
    </w:p>
    <w:p>
      <w:r>
        <w:t>Саопштењем се огласио и кабинет директора Трајал корпорације који наводи да је “Погон за производњу горивне траке радио уз примену свих безбедносних мера и под надзором камера,тако да ће стручне службе истражити детаље овог догађаја”.</w:t>
      </w:r>
    </w:p>
    <w:p>
      <w:r>
        <w:t>Како су околности које су довеле до трагедије још непознате не можемо никога директно окривити, али вреди скренути пажњу на то да је неконтролисан развој капитализма у нашој држави у више наврата довео до лабавих мера безбедности на радним местима широм Србије. Тако су примера ради, у октобру прошле године, два радника фабрике “MEITA” погинула радњћи на тоцилу. Фабрика је имплицитмо окривила раднике тврдећи такође да се сва производња одвија у складу са стандардима безбедности на раду, а држава која је те раднике требала да штити је остала нема.</w:t>
      </w:r>
    </w:p>
    <w:p>
      <w:r>
        <w:t>Извори:</w:t>
      </w:r>
    </w:p>
    <w:p>
      <w:r>
        <w:t>https://www.rtk.rs/168428/eksplozija-u-fabrici-trajal/</w:t>
      </w:r>
      <w:r>
        <w:br/>
      </w:r>
      <w:hyperlink r:id="rId11">
        <w:r>
          <w:rPr>
            <w:color w:val="0000FF"/>
            <w:u w:val="single"/>
          </w:rPr>
          <w:t>https://www.danas.rs/vesti/drustvo/eksplozija-u-pogonu-fabrike-trajal-u-krusevcu-jedna-osoba-stradala/</w:t>
        </w:r>
      </w:hyperlink>
      <w:r>
        <w:br/>
      </w:r>
      <w:r>
        <w:t>https://n1info.rs/vesti/eksplozija-u-pogonu-fabrike-trajal-u-krusevcu/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tragedija-u-krusevtsu-eksplozija-u-pogonu-fabrke-trajal" TargetMode="External"/><Relationship Id="rId11" Type="http://schemas.openxmlformats.org/officeDocument/2006/relationships/hyperlink" Target="https://www.danas.rs/vesti/drustvo/eksplozija-u-pogonu-fabrike-trajal-u-krusevcu-jedna-osoba-stradal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